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80A" w:rsidRDefault="00AC03AC" w:rsidP="00FF478C">
      <w:pPr>
        <w:pStyle w:val="Heading1"/>
        <w:bidi/>
        <w:jc w:val="center"/>
      </w:pPr>
      <w:r>
        <w:rPr>
          <w:rFonts w:cs="Times New Roman"/>
          <w:rtl/>
        </w:rPr>
        <w:t>آموزش</w:t>
      </w:r>
      <w:r>
        <w:t xml:space="preserve"> </w:t>
      </w:r>
      <w:r>
        <w:rPr>
          <w:rFonts w:cs="Times New Roman"/>
          <w:rtl/>
        </w:rPr>
        <w:t>فعال</w:t>
      </w:r>
      <w:r>
        <w:t>‌</w:t>
      </w:r>
      <w:r>
        <w:rPr>
          <w:rFonts w:cs="Times New Roman"/>
          <w:rtl/>
        </w:rPr>
        <w:t>سازی</w:t>
      </w:r>
      <w:r>
        <w:t xml:space="preserve"> Developer </w:t>
      </w:r>
      <w:r>
        <w:rPr>
          <w:rFonts w:cs="Times New Roman"/>
          <w:rtl/>
        </w:rPr>
        <w:t>و</w:t>
      </w:r>
      <w:r>
        <w:t xml:space="preserve"> </w:t>
      </w:r>
      <w:r>
        <w:rPr>
          <w:rFonts w:cs="Times New Roman"/>
          <w:rtl/>
        </w:rPr>
        <w:t>مشاهده</w:t>
      </w:r>
      <w:r>
        <w:t xml:space="preserve"> </w:t>
      </w:r>
      <w:r>
        <w:rPr>
          <w:rFonts w:cs="Times New Roman"/>
          <w:rtl/>
        </w:rPr>
        <w:t>کدها</w:t>
      </w:r>
      <w:r>
        <w:t xml:space="preserve"> </w:t>
      </w:r>
      <w:r>
        <w:rPr>
          <w:rFonts w:cs="Times New Roman"/>
          <w:rtl/>
        </w:rPr>
        <w:t>د</w:t>
      </w:r>
      <w:r w:rsidR="00714A4A">
        <w:rPr>
          <w:rFonts w:cs="Times New Roman" w:hint="cs"/>
          <w:rtl/>
        </w:rPr>
        <w:t>ر اپلیکیشن های پیوست</w:t>
      </w:r>
    </w:p>
    <w:p w:rsidR="00714A4A" w:rsidRDefault="00714A4A" w:rsidP="00714A4A">
      <w:pPr>
        <w:bidi/>
        <w:rPr>
          <w:rFonts w:cs="Times New Roman"/>
          <w:rtl/>
        </w:rPr>
      </w:pPr>
    </w:p>
    <w:p w:rsidR="00B1080A" w:rsidRPr="007B609A" w:rsidRDefault="00AC03AC" w:rsidP="00714A4A">
      <w:pPr>
        <w:bidi/>
        <w:rPr>
          <w:rFonts w:ascii="Times New Roman" w:hAnsi="Times New Roman" w:cs="B Nazanin"/>
          <w:sz w:val="26"/>
          <w:szCs w:val="28"/>
        </w:rPr>
      </w:pPr>
      <w:r w:rsidRPr="00296E01">
        <w:rPr>
          <w:rFonts w:ascii="Times New Roman" w:hAnsi="Times New Roman" w:cs="B Nazanin"/>
          <w:b/>
          <w:bCs/>
          <w:sz w:val="26"/>
          <w:szCs w:val="28"/>
          <w:rtl/>
        </w:rPr>
        <w:t>مرحل</w:t>
      </w:r>
      <w:r w:rsidR="00714A4A" w:rsidRPr="00296E01">
        <w:rPr>
          <w:rFonts w:ascii="Times New Roman" w:hAnsi="Times New Roman" w:cs="B Nazanin" w:hint="cs"/>
          <w:b/>
          <w:bCs/>
          <w:sz w:val="26"/>
          <w:szCs w:val="28"/>
          <w:rtl/>
        </w:rPr>
        <w:t xml:space="preserve">ه 1: </w:t>
      </w:r>
      <w:r w:rsidRPr="007B609A">
        <w:rPr>
          <w:rFonts w:ascii="Times New Roman" w:hAnsi="Times New Roman" w:cs="B Nazanin"/>
          <w:sz w:val="26"/>
          <w:szCs w:val="28"/>
          <w:rtl/>
        </w:rPr>
        <w:t>باز</w:t>
      </w:r>
      <w:r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Pr="007B609A">
        <w:rPr>
          <w:rFonts w:ascii="Times New Roman" w:hAnsi="Times New Roman" w:cs="B Nazanin"/>
          <w:sz w:val="26"/>
          <w:szCs w:val="28"/>
          <w:rtl/>
        </w:rPr>
        <w:t>کردن</w:t>
      </w:r>
      <w:r w:rsidR="00714A4A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714A4A" w:rsidRPr="007B609A">
        <w:rPr>
          <w:rFonts w:ascii="Times New Roman" w:hAnsi="Times New Roman" w:cs="B Nazanin" w:hint="cs"/>
          <w:sz w:val="26"/>
          <w:szCs w:val="28"/>
          <w:rtl/>
        </w:rPr>
        <w:t xml:space="preserve"> اپلییکشن</w:t>
      </w:r>
    </w:p>
    <w:p w:rsidR="00296E01" w:rsidRDefault="00296E01" w:rsidP="00714A4A">
      <w:pPr>
        <w:bidi/>
        <w:rPr>
          <w:rFonts w:ascii="Times New Roman" w:hAnsi="Times New Roman" w:cs="B Nazanin"/>
          <w:sz w:val="26"/>
          <w:szCs w:val="28"/>
        </w:rPr>
      </w:pPr>
    </w:p>
    <w:p w:rsidR="00714A4A" w:rsidRPr="007B609A" w:rsidRDefault="00714A4A" w:rsidP="00296E01">
      <w:pPr>
        <w:bidi/>
        <w:rPr>
          <w:rFonts w:ascii="Times New Roman" w:hAnsi="Times New Roman" w:cs="B Nazanin"/>
          <w:sz w:val="26"/>
          <w:szCs w:val="28"/>
        </w:rPr>
      </w:pPr>
      <w:r w:rsidRPr="00296E01">
        <w:rPr>
          <w:rFonts w:ascii="Times New Roman" w:hAnsi="Times New Roman" w:cs="B Nazanin"/>
          <w:b/>
          <w:bCs/>
          <w:sz w:val="26"/>
          <w:szCs w:val="28"/>
          <w:rtl/>
        </w:rPr>
        <w:t>مرحل</w:t>
      </w:r>
      <w:r w:rsidRPr="00296E01">
        <w:rPr>
          <w:rFonts w:ascii="Times New Roman" w:hAnsi="Times New Roman" w:cs="B Nazanin" w:hint="cs"/>
          <w:b/>
          <w:bCs/>
          <w:sz w:val="26"/>
          <w:szCs w:val="28"/>
          <w:rtl/>
        </w:rPr>
        <w:t xml:space="preserve">ه </w:t>
      </w:r>
      <w:r w:rsidRPr="00296E01">
        <w:rPr>
          <w:rFonts w:ascii="Times New Roman" w:hAnsi="Times New Roman" w:cs="B Nazanin" w:hint="cs"/>
          <w:b/>
          <w:bCs/>
          <w:sz w:val="26"/>
          <w:szCs w:val="28"/>
          <w:rtl/>
        </w:rPr>
        <w:t>2</w:t>
      </w:r>
      <w:r w:rsidRPr="00296E01">
        <w:rPr>
          <w:rFonts w:ascii="Times New Roman" w:hAnsi="Times New Roman" w:cs="B Nazanin" w:hint="cs"/>
          <w:b/>
          <w:bCs/>
          <w:sz w:val="26"/>
          <w:szCs w:val="28"/>
          <w:rtl/>
        </w:rPr>
        <w:t>:</w:t>
      </w:r>
      <w:r w:rsidRPr="007B609A">
        <w:rPr>
          <w:rFonts w:ascii="Times New Roman" w:hAnsi="Times New Roman" w:cs="B Nazanin" w:hint="cs"/>
          <w:sz w:val="26"/>
          <w:szCs w:val="28"/>
          <w:rtl/>
        </w:rPr>
        <w:t xml:space="preserve"> </w:t>
      </w:r>
      <w:r w:rsidRPr="007B609A">
        <w:rPr>
          <w:rFonts w:ascii="Times New Roman" w:hAnsi="Times New Roman" w:cs="B Nazanin"/>
          <w:sz w:val="26"/>
          <w:szCs w:val="28"/>
          <w:rtl/>
        </w:rPr>
        <w:t>فعال</w:t>
      </w:r>
      <w:r w:rsidRPr="007B609A">
        <w:rPr>
          <w:rFonts w:ascii="Times New Roman" w:hAnsi="Times New Roman" w:cs="B Nazanin"/>
          <w:sz w:val="26"/>
          <w:szCs w:val="28"/>
        </w:rPr>
        <w:t>‌</w:t>
      </w:r>
      <w:r w:rsidRPr="007B609A">
        <w:rPr>
          <w:rFonts w:ascii="Times New Roman" w:hAnsi="Times New Roman" w:cs="B Nazanin"/>
          <w:sz w:val="26"/>
          <w:szCs w:val="28"/>
          <w:rtl/>
        </w:rPr>
        <w:t>سازی</w:t>
      </w:r>
      <w:r w:rsidRPr="007B609A">
        <w:rPr>
          <w:rFonts w:ascii="Times New Roman" w:hAnsi="Times New Roman" w:cs="B Nazanin" w:hint="cs"/>
          <w:sz w:val="26"/>
          <w:szCs w:val="28"/>
          <w:rtl/>
        </w:rPr>
        <w:t xml:space="preserve"> تب </w:t>
      </w:r>
      <w:r w:rsidRPr="007B609A">
        <w:rPr>
          <w:rFonts w:ascii="Times New Roman" w:hAnsi="Times New Roman" w:cs="B Nazanin"/>
          <w:sz w:val="26"/>
          <w:szCs w:val="28"/>
        </w:rPr>
        <w:t xml:space="preserve"> Developer</w:t>
      </w:r>
    </w:p>
    <w:p w:rsidR="00B1080A" w:rsidRPr="007B609A" w:rsidRDefault="00714A4A" w:rsidP="00FF478C">
      <w:pPr>
        <w:bidi/>
        <w:ind w:left="1260"/>
        <w:rPr>
          <w:rFonts w:ascii="Times New Roman" w:hAnsi="Times New Roman" w:cs="B Nazanin"/>
          <w:sz w:val="26"/>
          <w:szCs w:val="28"/>
          <w:rtl/>
        </w:rPr>
      </w:pPr>
      <w:r w:rsidRPr="007B609A">
        <w:rPr>
          <w:rFonts w:ascii="Times New Roman" w:hAnsi="Times New Roman" w:cs="B Nazanin" w:hint="cs"/>
          <w:sz w:val="26"/>
          <w:szCs w:val="28"/>
          <w:rtl/>
        </w:rPr>
        <w:t xml:space="preserve">الف)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روی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File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کلیک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کنید</w:t>
      </w:r>
      <w:r w:rsidR="00AC03AC" w:rsidRPr="007B609A">
        <w:rPr>
          <w:rFonts w:ascii="Times New Roman" w:hAnsi="Times New Roman" w:cs="B Nazanin"/>
          <w:sz w:val="26"/>
          <w:szCs w:val="28"/>
        </w:rPr>
        <w:t>.</w:t>
      </w:r>
    </w:p>
    <w:p w:rsidR="00714A4A" w:rsidRDefault="00714A4A" w:rsidP="00FF478C">
      <w:pPr>
        <w:bidi/>
        <w:ind w:left="1260"/>
        <w:rPr>
          <w:rFonts w:ascii="Times New Roman" w:hAnsi="Times New Roman" w:cs="B Nazanin"/>
          <w:sz w:val="26"/>
          <w:szCs w:val="28"/>
          <w:rtl/>
        </w:rPr>
      </w:pPr>
      <w:r w:rsidRPr="007B609A">
        <w:rPr>
          <w:rFonts w:ascii="Times New Roman" w:hAnsi="Times New Roman" w:cs="B Nazanin" w:hint="cs"/>
          <w:sz w:val="26"/>
          <w:szCs w:val="28"/>
          <w:rtl/>
        </w:rPr>
        <w:t>ب)</w:t>
      </w:r>
      <w:r w:rsidRPr="007B609A">
        <w:rPr>
          <w:rFonts w:ascii="Times New Roman" w:hAnsi="Times New Roman" w:cs="B Nazanin" w:hint="cs"/>
          <w:sz w:val="26"/>
          <w:szCs w:val="28"/>
          <w:rtl/>
        </w:rPr>
        <w:t xml:space="preserve"> </w:t>
      </w:r>
      <w:r w:rsidRPr="007B609A">
        <w:rPr>
          <w:rFonts w:ascii="Times New Roman" w:hAnsi="Times New Roman" w:cs="B Nazanin"/>
          <w:sz w:val="26"/>
          <w:szCs w:val="28"/>
        </w:rPr>
        <w:t xml:space="preserve"> Options </w:t>
      </w:r>
      <w:r w:rsidRPr="007B609A">
        <w:rPr>
          <w:rFonts w:ascii="Times New Roman" w:hAnsi="Times New Roman" w:cs="B Nazanin"/>
          <w:sz w:val="26"/>
          <w:szCs w:val="28"/>
          <w:rtl/>
        </w:rPr>
        <w:t>را</w:t>
      </w:r>
      <w:r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Pr="007B609A">
        <w:rPr>
          <w:rFonts w:ascii="Times New Roman" w:hAnsi="Times New Roman" w:cs="B Nazanin"/>
          <w:sz w:val="26"/>
          <w:szCs w:val="28"/>
          <w:rtl/>
        </w:rPr>
        <w:t>انتخاب</w:t>
      </w:r>
      <w:r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Pr="007B609A">
        <w:rPr>
          <w:rFonts w:ascii="Times New Roman" w:hAnsi="Times New Roman" w:cs="B Nazanin"/>
          <w:sz w:val="26"/>
          <w:szCs w:val="28"/>
          <w:rtl/>
        </w:rPr>
        <w:t>کنید</w:t>
      </w:r>
      <w:r w:rsidRPr="007B609A">
        <w:rPr>
          <w:rFonts w:ascii="Times New Roman" w:hAnsi="Times New Roman" w:cs="B Nazanin"/>
          <w:sz w:val="26"/>
          <w:szCs w:val="28"/>
        </w:rPr>
        <w:t>.</w:t>
      </w:r>
    </w:p>
    <w:p w:rsidR="001665A9" w:rsidRDefault="001665A9" w:rsidP="001665A9">
      <w:pPr>
        <w:bidi/>
        <w:ind w:left="1260"/>
        <w:rPr>
          <w:rFonts w:ascii="Times New Roman" w:hAnsi="Times New Roman" w:cs="B Nazanin"/>
          <w:sz w:val="26"/>
          <w:szCs w:val="28"/>
          <w:rtl/>
        </w:rPr>
      </w:pPr>
      <w:r>
        <w:rPr>
          <w:rFonts w:ascii="Times New Roman" w:hAnsi="Times New Roman" w:cs="B Nazanin"/>
          <w:noProof/>
          <w:sz w:val="26"/>
          <w:szCs w:val="28"/>
        </w:rPr>
        <w:drawing>
          <wp:inline distT="0" distB="0" distL="0" distR="0">
            <wp:extent cx="1033154" cy="3253839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1169" b="20813"/>
                    <a:stretch/>
                  </pic:blipFill>
                  <pic:spPr bwMode="auto">
                    <a:xfrm>
                      <a:off x="0" y="0"/>
                      <a:ext cx="1033154" cy="3253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65A9" w:rsidRDefault="001665A9" w:rsidP="001665A9">
      <w:pPr>
        <w:bidi/>
        <w:ind w:left="1260"/>
        <w:rPr>
          <w:rFonts w:ascii="Times New Roman" w:hAnsi="Times New Roman" w:cs="B Nazanin"/>
          <w:sz w:val="26"/>
          <w:szCs w:val="28"/>
          <w:rtl/>
        </w:rPr>
      </w:pPr>
    </w:p>
    <w:p w:rsidR="00714A4A" w:rsidRDefault="00714A4A" w:rsidP="00FF478C">
      <w:pPr>
        <w:bidi/>
        <w:ind w:left="1260"/>
        <w:rPr>
          <w:rFonts w:ascii="Times New Roman" w:hAnsi="Times New Roman" w:cs="B Nazanin"/>
          <w:sz w:val="26"/>
          <w:szCs w:val="28"/>
          <w:rtl/>
        </w:rPr>
      </w:pPr>
      <w:r w:rsidRPr="007B609A">
        <w:rPr>
          <w:rFonts w:ascii="Times New Roman" w:hAnsi="Times New Roman" w:cs="B Nazanin" w:hint="cs"/>
          <w:sz w:val="26"/>
          <w:szCs w:val="28"/>
          <w:rtl/>
        </w:rPr>
        <w:t xml:space="preserve"> </w:t>
      </w:r>
      <w:r w:rsidRPr="007B609A">
        <w:rPr>
          <w:rFonts w:ascii="Times New Roman" w:hAnsi="Times New Roman" w:cs="B Nazanin" w:hint="cs"/>
          <w:sz w:val="26"/>
          <w:szCs w:val="28"/>
          <w:rtl/>
          <w:lang w:bidi="fa-IR"/>
        </w:rPr>
        <w:t xml:space="preserve">ج) </w:t>
      </w:r>
      <w:r w:rsidRPr="007B609A">
        <w:rPr>
          <w:rFonts w:ascii="Times New Roman" w:hAnsi="Times New Roman" w:cs="B Nazanin"/>
          <w:sz w:val="26"/>
          <w:szCs w:val="28"/>
          <w:rtl/>
        </w:rPr>
        <w:t>در</w:t>
      </w:r>
      <w:r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Pr="007B609A">
        <w:rPr>
          <w:rFonts w:ascii="Times New Roman" w:hAnsi="Times New Roman" w:cs="B Nazanin"/>
          <w:sz w:val="26"/>
          <w:szCs w:val="28"/>
          <w:rtl/>
        </w:rPr>
        <w:t>پنجر</w:t>
      </w:r>
      <w:r w:rsidRPr="007B609A">
        <w:rPr>
          <w:rFonts w:ascii="Times New Roman" w:hAnsi="Times New Roman" w:cs="B Nazanin" w:hint="cs"/>
          <w:sz w:val="26"/>
          <w:szCs w:val="28"/>
          <w:rtl/>
        </w:rPr>
        <w:t xml:space="preserve">ه </w:t>
      </w:r>
      <w:r w:rsidRPr="007B609A">
        <w:rPr>
          <w:rFonts w:ascii="Times New Roman" w:hAnsi="Times New Roman" w:cs="B Nazanin"/>
          <w:sz w:val="26"/>
          <w:szCs w:val="28"/>
        </w:rPr>
        <w:t xml:space="preserve"> Excel Options</w:t>
      </w:r>
      <w:r w:rsidRPr="007B609A">
        <w:rPr>
          <w:rFonts w:ascii="Times New Roman" w:hAnsi="Times New Roman" w:cs="B Nazanin"/>
          <w:sz w:val="26"/>
          <w:szCs w:val="28"/>
          <w:rtl/>
        </w:rPr>
        <w:t>،</w:t>
      </w:r>
      <w:r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Pr="007B609A">
        <w:rPr>
          <w:rFonts w:ascii="Times New Roman" w:hAnsi="Times New Roman" w:cs="B Nazanin"/>
          <w:sz w:val="26"/>
          <w:szCs w:val="28"/>
          <w:rtl/>
        </w:rPr>
        <w:t>روی</w:t>
      </w:r>
      <w:r w:rsidRPr="007B609A">
        <w:rPr>
          <w:rFonts w:ascii="Times New Roman" w:hAnsi="Times New Roman" w:cs="B Nazanin"/>
          <w:sz w:val="26"/>
          <w:szCs w:val="28"/>
        </w:rPr>
        <w:t xml:space="preserve"> Customize Ribbon </w:t>
      </w:r>
      <w:r w:rsidRPr="007B609A">
        <w:rPr>
          <w:rFonts w:ascii="Times New Roman" w:hAnsi="Times New Roman" w:cs="B Nazanin"/>
          <w:sz w:val="26"/>
          <w:szCs w:val="28"/>
          <w:rtl/>
        </w:rPr>
        <w:t>کلیک</w:t>
      </w:r>
      <w:r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Pr="007B609A">
        <w:rPr>
          <w:rFonts w:ascii="Times New Roman" w:hAnsi="Times New Roman" w:cs="B Nazanin"/>
          <w:sz w:val="26"/>
          <w:szCs w:val="28"/>
          <w:rtl/>
        </w:rPr>
        <w:t>کنید</w:t>
      </w:r>
      <w:r w:rsidRPr="007B609A">
        <w:rPr>
          <w:rFonts w:ascii="Times New Roman" w:hAnsi="Times New Roman" w:cs="B Nazanin"/>
          <w:sz w:val="26"/>
          <w:szCs w:val="28"/>
        </w:rPr>
        <w:t>.</w:t>
      </w:r>
    </w:p>
    <w:p w:rsidR="001665A9" w:rsidRDefault="001665A9" w:rsidP="006E610A">
      <w:pPr>
        <w:bidi/>
        <w:rPr>
          <w:rFonts w:ascii="Times New Roman" w:hAnsi="Times New Roman" w:cs="B Nazanin"/>
          <w:sz w:val="26"/>
          <w:szCs w:val="28"/>
          <w:rtl/>
        </w:rPr>
      </w:pPr>
      <w:r>
        <w:rPr>
          <w:rFonts w:ascii="Times New Roman" w:hAnsi="Times New Roman" w:cs="B Nazanin"/>
          <w:noProof/>
          <w:sz w:val="26"/>
          <w:szCs w:val="28"/>
        </w:rPr>
        <w:lastRenderedPageBreak/>
        <w:drawing>
          <wp:inline distT="0" distB="0" distL="0" distR="0">
            <wp:extent cx="5225142" cy="4262243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30" b="13010"/>
                    <a:stretch/>
                  </pic:blipFill>
                  <pic:spPr bwMode="auto">
                    <a:xfrm>
                      <a:off x="0" y="0"/>
                      <a:ext cx="5228643" cy="4265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65A9" w:rsidRPr="007B609A" w:rsidRDefault="001665A9" w:rsidP="001665A9">
      <w:pPr>
        <w:bidi/>
        <w:ind w:left="1260"/>
        <w:rPr>
          <w:rFonts w:ascii="Times New Roman" w:hAnsi="Times New Roman" w:cs="B Nazanin"/>
          <w:sz w:val="26"/>
          <w:szCs w:val="28"/>
        </w:rPr>
      </w:pPr>
    </w:p>
    <w:p w:rsidR="00B1080A" w:rsidRPr="007B609A" w:rsidRDefault="00714A4A" w:rsidP="00FF478C">
      <w:pPr>
        <w:bidi/>
        <w:ind w:left="1260"/>
        <w:rPr>
          <w:rFonts w:ascii="Times New Roman" w:hAnsi="Times New Roman" w:cs="B Nazanin"/>
          <w:sz w:val="26"/>
          <w:szCs w:val="28"/>
          <w:rtl/>
        </w:rPr>
      </w:pPr>
      <w:r w:rsidRPr="007B609A">
        <w:rPr>
          <w:rFonts w:ascii="Times New Roman" w:hAnsi="Times New Roman" w:cs="B Nazanin" w:hint="cs"/>
          <w:sz w:val="26"/>
          <w:szCs w:val="28"/>
          <w:rtl/>
          <w:lang w:bidi="fa-IR"/>
        </w:rPr>
        <w:t xml:space="preserve">د) 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در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بخش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Main Tabs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،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گزینه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Developer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را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تیک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بزنید</w:t>
      </w:r>
      <w:r w:rsidR="00AC03AC" w:rsidRPr="007B609A">
        <w:rPr>
          <w:rFonts w:ascii="Times New Roman" w:hAnsi="Times New Roman" w:cs="B Nazanin"/>
          <w:sz w:val="26"/>
          <w:szCs w:val="28"/>
        </w:rPr>
        <w:t>.</w:t>
      </w:r>
    </w:p>
    <w:p w:rsidR="00B1080A" w:rsidRDefault="00714A4A" w:rsidP="00FF478C">
      <w:pPr>
        <w:bidi/>
        <w:ind w:left="1260"/>
        <w:rPr>
          <w:rFonts w:ascii="Times New Roman" w:hAnsi="Times New Roman" w:cs="B Nazanin"/>
          <w:sz w:val="26"/>
          <w:szCs w:val="28"/>
          <w:rtl/>
        </w:rPr>
      </w:pPr>
      <w:r w:rsidRPr="007B609A">
        <w:rPr>
          <w:rFonts w:ascii="Times New Roman" w:hAnsi="Times New Roman" w:cs="B Nazanin" w:hint="cs"/>
          <w:sz w:val="26"/>
          <w:szCs w:val="28"/>
          <w:rtl/>
        </w:rPr>
        <w:t xml:space="preserve">ر) 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روی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OK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کلیک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کنید</w:t>
      </w:r>
      <w:r w:rsidR="00AC03AC" w:rsidRPr="007B609A">
        <w:rPr>
          <w:rFonts w:ascii="Times New Roman" w:hAnsi="Times New Roman" w:cs="B Nazanin"/>
          <w:sz w:val="26"/>
          <w:szCs w:val="28"/>
        </w:rPr>
        <w:t>.</w:t>
      </w:r>
    </w:p>
    <w:p w:rsidR="006E610A" w:rsidRPr="007B609A" w:rsidRDefault="00AC03AC" w:rsidP="006E610A">
      <w:pPr>
        <w:bidi/>
        <w:ind w:left="1260"/>
        <w:rPr>
          <w:rFonts w:ascii="Times New Roman" w:hAnsi="Times New Roman" w:cs="B Nazanin"/>
          <w:sz w:val="26"/>
          <w:szCs w:val="28"/>
        </w:rPr>
      </w:pPr>
      <w:r>
        <w:rPr>
          <w:rFonts w:ascii="Times New Roman" w:hAnsi="Times New Roman" w:cs="B Nazanin"/>
          <w:noProof/>
          <w:sz w:val="26"/>
          <w:szCs w:val="28"/>
        </w:rPr>
        <w:lastRenderedPageBreak/>
        <w:drawing>
          <wp:inline distT="0" distB="0" distL="0" distR="0">
            <wp:extent cx="4452344" cy="3593692"/>
            <wp:effectExtent l="0" t="0" r="5715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81" t="5416" r="9138" b="7160"/>
                    <a:stretch/>
                  </pic:blipFill>
                  <pic:spPr bwMode="auto">
                    <a:xfrm>
                      <a:off x="0" y="0"/>
                      <a:ext cx="4452690" cy="3593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080A" w:rsidRPr="007B609A" w:rsidRDefault="00B1080A" w:rsidP="00714A4A">
      <w:pPr>
        <w:bidi/>
        <w:rPr>
          <w:rFonts w:ascii="Times New Roman" w:hAnsi="Times New Roman" w:cs="B Nazanin"/>
          <w:sz w:val="26"/>
          <w:szCs w:val="28"/>
        </w:rPr>
      </w:pPr>
    </w:p>
    <w:p w:rsidR="00B1080A" w:rsidRDefault="00AC03AC" w:rsidP="00714A4A">
      <w:pPr>
        <w:bidi/>
        <w:rPr>
          <w:rFonts w:ascii="Times New Roman" w:hAnsi="Times New Roman" w:cs="B Nazanin"/>
          <w:sz w:val="26"/>
          <w:szCs w:val="28"/>
          <w:rtl/>
        </w:rPr>
      </w:pPr>
      <w:r w:rsidRPr="00296E01">
        <w:rPr>
          <w:rFonts w:ascii="Times New Roman" w:hAnsi="Times New Roman" w:cs="B Nazanin"/>
          <w:b/>
          <w:bCs/>
          <w:sz w:val="26"/>
          <w:szCs w:val="28"/>
          <w:rtl/>
        </w:rPr>
        <w:t>مرحل</w:t>
      </w:r>
      <w:r w:rsidR="00714A4A" w:rsidRPr="00296E01">
        <w:rPr>
          <w:rFonts w:ascii="Times New Roman" w:hAnsi="Times New Roman" w:cs="B Nazanin" w:hint="cs"/>
          <w:b/>
          <w:bCs/>
          <w:sz w:val="26"/>
          <w:szCs w:val="28"/>
          <w:rtl/>
        </w:rPr>
        <w:t>ه 3:</w:t>
      </w:r>
      <w:r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Pr="007B609A">
        <w:rPr>
          <w:rFonts w:ascii="Times New Roman" w:hAnsi="Times New Roman" w:cs="B Nazanin"/>
          <w:sz w:val="26"/>
          <w:szCs w:val="28"/>
          <w:rtl/>
        </w:rPr>
        <w:t>ورود</w:t>
      </w:r>
      <w:r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Pr="007B609A">
        <w:rPr>
          <w:rFonts w:ascii="Times New Roman" w:hAnsi="Times New Roman" w:cs="B Nazanin"/>
          <w:sz w:val="26"/>
          <w:szCs w:val="28"/>
          <w:rtl/>
        </w:rPr>
        <w:t>ب</w:t>
      </w:r>
      <w:r w:rsidR="00714A4A" w:rsidRPr="007B609A">
        <w:rPr>
          <w:rFonts w:ascii="Times New Roman" w:hAnsi="Times New Roman" w:cs="B Nazanin" w:hint="cs"/>
          <w:sz w:val="26"/>
          <w:szCs w:val="28"/>
          <w:rtl/>
        </w:rPr>
        <w:t xml:space="preserve">ه </w:t>
      </w:r>
      <w:r w:rsidRPr="007B609A">
        <w:rPr>
          <w:rFonts w:ascii="Times New Roman" w:hAnsi="Times New Roman" w:cs="B Nazanin"/>
          <w:sz w:val="26"/>
          <w:szCs w:val="28"/>
        </w:rPr>
        <w:t xml:space="preserve"> Visual Basic</w:t>
      </w:r>
    </w:p>
    <w:p w:rsidR="00AC03AC" w:rsidRPr="00296E01" w:rsidRDefault="00AC03AC" w:rsidP="00AC03AC">
      <w:pPr>
        <w:bidi/>
        <w:ind w:left="720"/>
        <w:rPr>
          <w:rFonts w:ascii="Times New Roman" w:hAnsi="Times New Roman" w:cs="B Nazanin"/>
          <w:b/>
          <w:bCs/>
          <w:i/>
          <w:iCs/>
          <w:sz w:val="26"/>
          <w:szCs w:val="28"/>
        </w:rPr>
      </w:pPr>
      <w:r w:rsidRPr="00296E01">
        <w:rPr>
          <w:rFonts w:ascii="Times New Roman" w:hAnsi="Times New Roman" w:cs="B Nazanin"/>
          <w:b/>
          <w:bCs/>
          <w:i/>
          <w:iCs/>
          <w:sz w:val="26"/>
          <w:szCs w:val="28"/>
          <w:rtl/>
        </w:rPr>
        <w:t>روش</w:t>
      </w:r>
      <w:r>
        <w:rPr>
          <w:rFonts w:ascii="Times New Roman" w:hAnsi="Times New Roman" w:cs="B Nazanin" w:hint="cs"/>
          <w:b/>
          <w:bCs/>
          <w:i/>
          <w:iCs/>
          <w:sz w:val="26"/>
          <w:szCs w:val="28"/>
          <w:rtl/>
        </w:rPr>
        <w:t xml:space="preserve"> اول</w:t>
      </w:r>
      <w:r w:rsidRPr="00296E01">
        <w:rPr>
          <w:rFonts w:ascii="Times New Roman" w:hAnsi="Times New Roman" w:cs="B Nazanin"/>
          <w:b/>
          <w:bCs/>
          <w:i/>
          <w:iCs/>
          <w:sz w:val="26"/>
          <w:szCs w:val="28"/>
        </w:rPr>
        <w:t>:</w:t>
      </w:r>
    </w:p>
    <w:p w:rsidR="00AC03AC" w:rsidRPr="007B609A" w:rsidRDefault="00AC03AC" w:rsidP="00AC03AC">
      <w:pPr>
        <w:bidi/>
        <w:ind w:left="1260"/>
        <w:rPr>
          <w:rFonts w:ascii="Times New Roman" w:hAnsi="Times New Roman" w:cs="B Nazanin"/>
          <w:sz w:val="26"/>
          <w:szCs w:val="28"/>
        </w:rPr>
      </w:pPr>
      <w:r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Pr="007B609A">
        <w:rPr>
          <w:rFonts w:ascii="Times New Roman" w:hAnsi="Times New Roman" w:cs="B Nazanin"/>
          <w:sz w:val="26"/>
          <w:szCs w:val="28"/>
          <w:rtl/>
        </w:rPr>
        <w:t>کلیدهای</w:t>
      </w:r>
      <w:r w:rsidRPr="007B609A">
        <w:rPr>
          <w:rFonts w:ascii="Times New Roman" w:hAnsi="Times New Roman" w:cs="B Nazanin"/>
          <w:sz w:val="26"/>
          <w:szCs w:val="28"/>
        </w:rPr>
        <w:t xml:space="preserve"> Alt + F11 </w:t>
      </w:r>
      <w:r w:rsidRPr="007B609A">
        <w:rPr>
          <w:rFonts w:ascii="Times New Roman" w:hAnsi="Times New Roman" w:cs="B Nazanin"/>
          <w:sz w:val="26"/>
          <w:szCs w:val="28"/>
          <w:rtl/>
        </w:rPr>
        <w:t>را</w:t>
      </w:r>
      <w:r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Pr="007B609A">
        <w:rPr>
          <w:rFonts w:ascii="Times New Roman" w:hAnsi="Times New Roman" w:cs="B Nazanin"/>
          <w:sz w:val="26"/>
          <w:szCs w:val="28"/>
          <w:rtl/>
        </w:rPr>
        <w:t>همزمان</w:t>
      </w:r>
      <w:r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Pr="007B609A">
        <w:rPr>
          <w:rFonts w:ascii="Times New Roman" w:hAnsi="Times New Roman" w:cs="B Nazanin"/>
          <w:sz w:val="26"/>
          <w:szCs w:val="28"/>
          <w:rtl/>
        </w:rPr>
        <w:t>فشار</w:t>
      </w:r>
      <w:r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Pr="007B609A">
        <w:rPr>
          <w:rFonts w:ascii="Times New Roman" w:hAnsi="Times New Roman" w:cs="B Nazanin"/>
          <w:sz w:val="26"/>
          <w:szCs w:val="28"/>
          <w:rtl/>
        </w:rPr>
        <w:t>دهید</w:t>
      </w:r>
      <w:r w:rsidRPr="007B609A">
        <w:rPr>
          <w:rFonts w:ascii="Times New Roman" w:hAnsi="Times New Roman" w:cs="B Nazanin"/>
          <w:sz w:val="26"/>
          <w:szCs w:val="28"/>
        </w:rPr>
        <w:t>.</w:t>
      </w:r>
    </w:p>
    <w:p w:rsidR="00AC03AC" w:rsidRPr="007B609A" w:rsidRDefault="00AC03AC" w:rsidP="00AC03AC">
      <w:pPr>
        <w:bidi/>
        <w:rPr>
          <w:rFonts w:ascii="Times New Roman" w:hAnsi="Times New Roman" w:cs="B Nazanin"/>
          <w:sz w:val="26"/>
          <w:szCs w:val="28"/>
        </w:rPr>
      </w:pPr>
    </w:p>
    <w:p w:rsidR="00B1080A" w:rsidRPr="00296E01" w:rsidRDefault="00AC03AC" w:rsidP="00AC03AC">
      <w:pPr>
        <w:bidi/>
        <w:ind w:left="720"/>
        <w:rPr>
          <w:rFonts w:ascii="Times New Roman" w:hAnsi="Times New Roman" w:cs="B Nazanin"/>
          <w:b/>
          <w:bCs/>
          <w:i/>
          <w:iCs/>
          <w:sz w:val="26"/>
          <w:szCs w:val="28"/>
        </w:rPr>
      </w:pPr>
      <w:r w:rsidRPr="00296E01">
        <w:rPr>
          <w:rFonts w:ascii="Times New Roman" w:hAnsi="Times New Roman" w:cs="B Nazanin"/>
          <w:b/>
          <w:bCs/>
          <w:i/>
          <w:iCs/>
          <w:sz w:val="26"/>
          <w:szCs w:val="28"/>
          <w:rtl/>
        </w:rPr>
        <w:t>روش</w:t>
      </w:r>
      <w:r>
        <w:rPr>
          <w:rFonts w:ascii="Times New Roman" w:hAnsi="Times New Roman" w:cs="B Nazanin" w:hint="cs"/>
          <w:b/>
          <w:bCs/>
          <w:i/>
          <w:iCs/>
          <w:sz w:val="26"/>
          <w:szCs w:val="28"/>
          <w:rtl/>
        </w:rPr>
        <w:t xml:space="preserve"> دوم</w:t>
      </w:r>
      <w:r w:rsidRPr="00296E01">
        <w:rPr>
          <w:rFonts w:ascii="Times New Roman" w:hAnsi="Times New Roman" w:cs="B Nazanin"/>
          <w:b/>
          <w:bCs/>
          <w:i/>
          <w:iCs/>
          <w:sz w:val="26"/>
          <w:szCs w:val="28"/>
        </w:rPr>
        <w:t>:</w:t>
      </w:r>
    </w:p>
    <w:p w:rsidR="00B1080A" w:rsidRPr="007B609A" w:rsidRDefault="00714A4A" w:rsidP="00FF478C">
      <w:pPr>
        <w:bidi/>
        <w:ind w:left="1260"/>
        <w:rPr>
          <w:rFonts w:ascii="Times New Roman" w:hAnsi="Times New Roman" w:cs="B Nazanin"/>
          <w:sz w:val="26"/>
          <w:szCs w:val="28"/>
        </w:rPr>
      </w:pPr>
      <w:r w:rsidRPr="007B609A">
        <w:rPr>
          <w:rFonts w:ascii="Times New Roman" w:hAnsi="Times New Roman" w:cs="B Nazanin" w:hint="cs"/>
          <w:sz w:val="26"/>
          <w:szCs w:val="28"/>
          <w:rtl/>
        </w:rPr>
        <w:t xml:space="preserve">الف) 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روی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تب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Developer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کلیک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کنید</w:t>
      </w:r>
      <w:r w:rsidR="00AC03AC" w:rsidRPr="007B609A">
        <w:rPr>
          <w:rFonts w:ascii="Times New Roman" w:hAnsi="Times New Roman" w:cs="B Nazanin"/>
          <w:sz w:val="26"/>
          <w:szCs w:val="28"/>
        </w:rPr>
        <w:t>.</w:t>
      </w:r>
    </w:p>
    <w:p w:rsidR="00B1080A" w:rsidRPr="007B609A" w:rsidRDefault="00714A4A" w:rsidP="00FF478C">
      <w:pPr>
        <w:bidi/>
        <w:ind w:left="1260"/>
        <w:rPr>
          <w:rFonts w:ascii="Times New Roman" w:hAnsi="Times New Roman" w:cs="B Nazanin"/>
          <w:sz w:val="26"/>
          <w:szCs w:val="28"/>
        </w:rPr>
      </w:pPr>
      <w:r w:rsidRPr="007B609A">
        <w:rPr>
          <w:rFonts w:ascii="Times New Roman" w:hAnsi="Times New Roman" w:cs="B Nazanin" w:hint="cs"/>
          <w:sz w:val="26"/>
          <w:szCs w:val="28"/>
          <w:rtl/>
        </w:rPr>
        <w:t xml:space="preserve">ب) 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گزینه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Visual Basic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را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انتخاب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کنید</w:t>
      </w:r>
      <w:r w:rsidR="00AC03AC" w:rsidRPr="007B609A">
        <w:rPr>
          <w:rFonts w:ascii="Times New Roman" w:hAnsi="Times New Roman" w:cs="B Nazanin"/>
          <w:sz w:val="26"/>
          <w:szCs w:val="28"/>
        </w:rPr>
        <w:t>.</w:t>
      </w:r>
    </w:p>
    <w:p w:rsidR="00AC03AC" w:rsidRPr="007B609A" w:rsidRDefault="00AC03AC" w:rsidP="00AC03AC">
      <w:pPr>
        <w:bidi/>
        <w:rPr>
          <w:rFonts w:ascii="Times New Roman" w:hAnsi="Times New Roman" w:cs="B Nazanin"/>
          <w:sz w:val="26"/>
          <w:szCs w:val="28"/>
        </w:rPr>
      </w:pPr>
    </w:p>
    <w:p w:rsidR="00B1080A" w:rsidRPr="007B609A" w:rsidRDefault="00B1080A" w:rsidP="00714A4A">
      <w:pPr>
        <w:bidi/>
        <w:rPr>
          <w:rFonts w:ascii="Times New Roman" w:hAnsi="Times New Roman" w:cs="B Nazanin"/>
          <w:sz w:val="26"/>
          <w:szCs w:val="28"/>
        </w:rPr>
      </w:pPr>
    </w:p>
    <w:p w:rsidR="00B1080A" w:rsidRPr="007B609A" w:rsidRDefault="00AC03AC" w:rsidP="00714A4A">
      <w:pPr>
        <w:bidi/>
        <w:rPr>
          <w:rFonts w:ascii="Times New Roman" w:hAnsi="Times New Roman" w:cs="B Nazanin"/>
          <w:sz w:val="26"/>
          <w:szCs w:val="28"/>
        </w:rPr>
      </w:pPr>
      <w:r w:rsidRPr="00296E01">
        <w:rPr>
          <w:rFonts w:ascii="Times New Roman" w:hAnsi="Times New Roman" w:cs="B Nazanin"/>
          <w:b/>
          <w:bCs/>
          <w:sz w:val="26"/>
          <w:szCs w:val="28"/>
          <w:rtl/>
        </w:rPr>
        <w:t>مرحل</w:t>
      </w:r>
      <w:r w:rsidR="00714A4A" w:rsidRPr="00296E01">
        <w:rPr>
          <w:rFonts w:ascii="Times New Roman" w:hAnsi="Times New Roman" w:cs="B Nazanin" w:hint="cs"/>
          <w:b/>
          <w:bCs/>
          <w:sz w:val="26"/>
          <w:szCs w:val="28"/>
          <w:rtl/>
        </w:rPr>
        <w:t xml:space="preserve">ه 4: </w:t>
      </w:r>
      <w:r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Pr="007B609A">
        <w:rPr>
          <w:rFonts w:ascii="Times New Roman" w:hAnsi="Times New Roman" w:cs="B Nazanin"/>
          <w:sz w:val="26"/>
          <w:szCs w:val="28"/>
          <w:rtl/>
        </w:rPr>
        <w:t>ورود</w:t>
      </w:r>
      <w:r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Pr="007B609A">
        <w:rPr>
          <w:rFonts w:ascii="Times New Roman" w:hAnsi="Times New Roman" w:cs="B Nazanin"/>
          <w:sz w:val="26"/>
          <w:szCs w:val="28"/>
          <w:rtl/>
        </w:rPr>
        <w:t>ب</w:t>
      </w:r>
      <w:r w:rsidR="00714A4A" w:rsidRPr="007B609A">
        <w:rPr>
          <w:rFonts w:ascii="Times New Roman" w:hAnsi="Times New Roman" w:cs="B Nazanin" w:hint="cs"/>
          <w:sz w:val="26"/>
          <w:szCs w:val="28"/>
          <w:rtl/>
        </w:rPr>
        <w:t xml:space="preserve">ه </w:t>
      </w:r>
      <w:r w:rsidRPr="007B609A">
        <w:rPr>
          <w:rFonts w:ascii="Times New Roman" w:hAnsi="Times New Roman" w:cs="B Nazanin"/>
          <w:sz w:val="26"/>
          <w:szCs w:val="28"/>
        </w:rPr>
        <w:t xml:space="preserve"> Microsoft Excel Objects</w:t>
      </w:r>
    </w:p>
    <w:p w:rsidR="00B1080A" w:rsidRPr="007B609A" w:rsidRDefault="00714A4A" w:rsidP="0017766D">
      <w:pPr>
        <w:bidi/>
        <w:ind w:left="1170"/>
        <w:rPr>
          <w:rFonts w:ascii="Times New Roman" w:hAnsi="Times New Roman" w:cs="B Nazanin"/>
          <w:sz w:val="26"/>
          <w:szCs w:val="28"/>
        </w:rPr>
      </w:pPr>
      <w:r w:rsidRPr="007B609A">
        <w:rPr>
          <w:rFonts w:ascii="Times New Roman" w:hAnsi="Times New Roman" w:cs="B Nazanin" w:hint="cs"/>
          <w:sz w:val="26"/>
          <w:szCs w:val="28"/>
          <w:rtl/>
        </w:rPr>
        <w:lastRenderedPageBreak/>
        <w:t>الف)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در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محی</w:t>
      </w:r>
      <w:r w:rsidRPr="007B609A">
        <w:rPr>
          <w:rFonts w:ascii="Times New Roman" w:hAnsi="Times New Roman" w:cs="B Nazanin" w:hint="cs"/>
          <w:sz w:val="26"/>
          <w:szCs w:val="28"/>
          <w:rtl/>
        </w:rPr>
        <w:t xml:space="preserve">ط 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Visual Basic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،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پنل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Project Explorer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را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مشاهده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کنید</w:t>
      </w:r>
      <w:r w:rsidR="00AC03AC" w:rsidRPr="007B609A">
        <w:rPr>
          <w:rFonts w:ascii="Times New Roman" w:hAnsi="Times New Roman" w:cs="B Nazanin"/>
          <w:sz w:val="26"/>
          <w:szCs w:val="28"/>
        </w:rPr>
        <w:t>.</w:t>
      </w:r>
    </w:p>
    <w:p w:rsidR="00B1080A" w:rsidRPr="007B609A" w:rsidRDefault="00714A4A" w:rsidP="0017766D">
      <w:pPr>
        <w:bidi/>
        <w:ind w:left="1170"/>
        <w:rPr>
          <w:rFonts w:ascii="Times New Roman" w:hAnsi="Times New Roman" w:cs="B Nazanin"/>
          <w:sz w:val="26"/>
          <w:szCs w:val="28"/>
        </w:rPr>
      </w:pPr>
      <w:r w:rsidRPr="007B609A">
        <w:rPr>
          <w:rFonts w:ascii="Times New Roman" w:hAnsi="Times New Roman" w:cs="B Nazanin" w:hint="cs"/>
          <w:sz w:val="26"/>
          <w:szCs w:val="28"/>
          <w:rtl/>
        </w:rPr>
        <w:t xml:space="preserve">ب)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اگر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پنل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دیده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نمی</w:t>
      </w:r>
      <w:r w:rsidR="00AC03AC" w:rsidRPr="007B609A">
        <w:rPr>
          <w:rFonts w:ascii="Times New Roman" w:hAnsi="Times New Roman" w:cs="B Nazanin"/>
          <w:sz w:val="26"/>
          <w:szCs w:val="28"/>
        </w:rPr>
        <w:t>‌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شود،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کلید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Ctrl + R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را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بزنید</w:t>
      </w:r>
      <w:r w:rsidR="00AC03AC" w:rsidRPr="007B609A">
        <w:rPr>
          <w:rFonts w:ascii="Times New Roman" w:hAnsi="Times New Roman" w:cs="B Nazanin"/>
          <w:sz w:val="26"/>
          <w:szCs w:val="28"/>
        </w:rPr>
        <w:t>.</w:t>
      </w:r>
    </w:p>
    <w:p w:rsidR="00B1080A" w:rsidRPr="007B609A" w:rsidRDefault="00714A4A" w:rsidP="0017766D">
      <w:pPr>
        <w:bidi/>
        <w:ind w:left="1170"/>
        <w:rPr>
          <w:rFonts w:ascii="Times New Roman" w:hAnsi="Times New Roman" w:cs="B Nazanin"/>
          <w:sz w:val="26"/>
          <w:szCs w:val="28"/>
        </w:rPr>
      </w:pPr>
      <w:r w:rsidRPr="007B609A">
        <w:rPr>
          <w:rFonts w:ascii="Times New Roman" w:hAnsi="Times New Roman" w:cs="B Nazanin" w:hint="cs"/>
          <w:sz w:val="26"/>
          <w:szCs w:val="28"/>
          <w:rtl/>
        </w:rPr>
        <w:t xml:space="preserve">ج)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روی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نام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فایل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Excel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کلیک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کنید</w:t>
      </w:r>
      <w:r w:rsidR="00AC03AC" w:rsidRPr="007B609A">
        <w:rPr>
          <w:rFonts w:ascii="Times New Roman" w:hAnsi="Times New Roman" w:cs="B Nazanin"/>
          <w:sz w:val="26"/>
          <w:szCs w:val="28"/>
        </w:rPr>
        <w:t>.</w:t>
      </w:r>
    </w:p>
    <w:p w:rsidR="00B1080A" w:rsidRPr="007B609A" w:rsidRDefault="00714A4A" w:rsidP="0017766D">
      <w:pPr>
        <w:bidi/>
        <w:ind w:left="1170"/>
        <w:rPr>
          <w:rFonts w:ascii="Times New Roman" w:hAnsi="Times New Roman" w:cs="B Nazanin"/>
          <w:sz w:val="26"/>
          <w:szCs w:val="28"/>
        </w:rPr>
      </w:pPr>
      <w:r w:rsidRPr="007B609A">
        <w:rPr>
          <w:rFonts w:ascii="Times New Roman" w:hAnsi="Times New Roman" w:cs="B Nazanin" w:hint="cs"/>
          <w:sz w:val="26"/>
          <w:szCs w:val="28"/>
          <w:rtl/>
        </w:rPr>
        <w:t xml:space="preserve">د) 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بخش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Microsoft Excel Objects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را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باز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کنید</w:t>
      </w:r>
      <w:r w:rsidR="00AC03AC" w:rsidRPr="007B609A">
        <w:rPr>
          <w:rFonts w:ascii="Times New Roman" w:hAnsi="Times New Roman" w:cs="B Nazanin"/>
          <w:sz w:val="26"/>
          <w:szCs w:val="28"/>
        </w:rPr>
        <w:t>.</w:t>
      </w:r>
    </w:p>
    <w:p w:rsidR="00B1080A" w:rsidRPr="007B609A" w:rsidRDefault="00B1080A" w:rsidP="00714A4A">
      <w:pPr>
        <w:bidi/>
        <w:rPr>
          <w:rFonts w:ascii="Times New Roman" w:hAnsi="Times New Roman" w:cs="B Nazanin"/>
          <w:sz w:val="26"/>
          <w:szCs w:val="28"/>
        </w:rPr>
      </w:pPr>
    </w:p>
    <w:p w:rsidR="00B1080A" w:rsidRPr="00296E01" w:rsidRDefault="00AC03AC" w:rsidP="00714A4A">
      <w:pPr>
        <w:bidi/>
        <w:rPr>
          <w:rFonts w:ascii="Times New Roman" w:hAnsi="Times New Roman" w:cs="B Nazanin"/>
          <w:b/>
          <w:bCs/>
          <w:sz w:val="26"/>
          <w:szCs w:val="28"/>
        </w:rPr>
      </w:pPr>
      <w:r w:rsidRPr="00296E01">
        <w:rPr>
          <w:rFonts w:ascii="Times New Roman" w:hAnsi="Times New Roman" w:cs="B Nazanin"/>
          <w:b/>
          <w:bCs/>
          <w:sz w:val="26"/>
          <w:szCs w:val="28"/>
          <w:rtl/>
        </w:rPr>
        <w:t>مرحل</w:t>
      </w:r>
      <w:r w:rsidR="00714A4A" w:rsidRPr="00296E01">
        <w:rPr>
          <w:rFonts w:ascii="Times New Roman" w:hAnsi="Times New Roman" w:cs="B Nazanin" w:hint="cs"/>
          <w:b/>
          <w:bCs/>
          <w:sz w:val="26"/>
          <w:szCs w:val="28"/>
          <w:rtl/>
        </w:rPr>
        <w:t>ه 5:</w:t>
      </w:r>
      <w:r w:rsidRPr="00296E01">
        <w:rPr>
          <w:rFonts w:ascii="Times New Roman" w:hAnsi="Times New Roman" w:cs="B Nazanin"/>
          <w:b/>
          <w:bCs/>
          <w:sz w:val="26"/>
          <w:szCs w:val="28"/>
        </w:rPr>
        <w:t xml:space="preserve"> </w:t>
      </w:r>
      <w:r w:rsidRPr="00296E01">
        <w:rPr>
          <w:rFonts w:ascii="Times New Roman" w:hAnsi="Times New Roman" w:cs="B Nazanin"/>
          <w:b/>
          <w:bCs/>
          <w:sz w:val="26"/>
          <w:szCs w:val="28"/>
          <w:rtl/>
        </w:rPr>
        <w:t>مشاهده</w:t>
      </w:r>
      <w:r w:rsidRPr="00296E01">
        <w:rPr>
          <w:rFonts w:ascii="Times New Roman" w:hAnsi="Times New Roman" w:cs="B Nazanin"/>
          <w:b/>
          <w:bCs/>
          <w:sz w:val="26"/>
          <w:szCs w:val="28"/>
        </w:rPr>
        <w:t xml:space="preserve"> </w:t>
      </w:r>
      <w:r w:rsidRPr="00296E01">
        <w:rPr>
          <w:rFonts w:ascii="Times New Roman" w:hAnsi="Times New Roman" w:cs="B Nazanin"/>
          <w:b/>
          <w:bCs/>
          <w:sz w:val="26"/>
          <w:szCs w:val="28"/>
          <w:rtl/>
        </w:rPr>
        <w:t>کدها</w:t>
      </w:r>
    </w:p>
    <w:p w:rsidR="00B1080A" w:rsidRPr="007B609A" w:rsidRDefault="00714A4A" w:rsidP="0017766D">
      <w:pPr>
        <w:bidi/>
        <w:ind w:left="1170"/>
        <w:rPr>
          <w:rFonts w:ascii="Times New Roman" w:hAnsi="Times New Roman" w:cs="B Nazanin"/>
          <w:sz w:val="26"/>
          <w:szCs w:val="28"/>
        </w:rPr>
      </w:pPr>
      <w:r w:rsidRPr="007B609A">
        <w:rPr>
          <w:rFonts w:ascii="Times New Roman" w:hAnsi="Times New Roman" w:cs="B Nazanin" w:hint="cs"/>
          <w:sz w:val="26"/>
          <w:szCs w:val="28"/>
          <w:rtl/>
        </w:rPr>
        <w:t xml:space="preserve">الف)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روی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Sheet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یا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proofErr w:type="spellStart"/>
      <w:r w:rsidR="00AC03AC" w:rsidRPr="007B609A">
        <w:rPr>
          <w:rFonts w:ascii="Times New Roman" w:hAnsi="Times New Roman" w:cs="B Nazanin"/>
          <w:sz w:val="26"/>
          <w:szCs w:val="28"/>
        </w:rPr>
        <w:t>ThisWorkbook</w:t>
      </w:r>
      <w:proofErr w:type="spellEnd"/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دوبار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کلیک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کنید</w:t>
      </w:r>
      <w:r w:rsidR="00AC03AC" w:rsidRPr="007B609A">
        <w:rPr>
          <w:rFonts w:ascii="Times New Roman" w:hAnsi="Times New Roman" w:cs="B Nazanin"/>
          <w:sz w:val="26"/>
          <w:szCs w:val="28"/>
        </w:rPr>
        <w:t>.</w:t>
      </w:r>
    </w:p>
    <w:p w:rsidR="00B1080A" w:rsidRDefault="00714A4A" w:rsidP="0017766D">
      <w:pPr>
        <w:bidi/>
        <w:ind w:left="1170"/>
        <w:rPr>
          <w:rFonts w:ascii="Times New Roman" w:hAnsi="Times New Roman" w:cs="B Nazanin"/>
          <w:sz w:val="26"/>
          <w:szCs w:val="28"/>
          <w:rtl/>
        </w:rPr>
      </w:pPr>
      <w:r w:rsidRPr="007B609A">
        <w:rPr>
          <w:rFonts w:ascii="Times New Roman" w:hAnsi="Times New Roman" w:cs="B Nazanin" w:hint="cs"/>
          <w:sz w:val="26"/>
          <w:szCs w:val="28"/>
          <w:rtl/>
        </w:rPr>
        <w:t>ب)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کدهای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نوشته</w:t>
      </w:r>
      <w:r w:rsidRPr="007B609A">
        <w:rPr>
          <w:rFonts w:ascii="Times New Roman" w:hAnsi="Times New Roman" w:cs="B Nazanin" w:hint="cs"/>
          <w:sz w:val="26"/>
          <w:szCs w:val="28"/>
          <w:rtl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</w:rPr>
        <w:t>‌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شده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نمایش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داده</w:t>
      </w:r>
      <w:r w:rsidR="00AC03AC" w:rsidRPr="007B609A">
        <w:rPr>
          <w:rFonts w:ascii="Times New Roman" w:hAnsi="Times New Roman" w:cs="B Nazanin"/>
          <w:sz w:val="26"/>
          <w:szCs w:val="28"/>
        </w:rPr>
        <w:t xml:space="preserve"> 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می</w:t>
      </w:r>
      <w:r w:rsidR="00AC03AC" w:rsidRPr="007B609A">
        <w:rPr>
          <w:rFonts w:ascii="Times New Roman" w:hAnsi="Times New Roman" w:cs="B Nazanin"/>
          <w:sz w:val="26"/>
          <w:szCs w:val="28"/>
        </w:rPr>
        <w:t>‌</w:t>
      </w:r>
      <w:r w:rsidR="00AC03AC" w:rsidRPr="007B609A">
        <w:rPr>
          <w:rFonts w:ascii="Times New Roman" w:hAnsi="Times New Roman" w:cs="B Nazanin"/>
          <w:sz w:val="26"/>
          <w:szCs w:val="28"/>
          <w:rtl/>
        </w:rPr>
        <w:t>شوند</w:t>
      </w:r>
      <w:r w:rsidR="00AC03AC" w:rsidRPr="007B609A">
        <w:rPr>
          <w:rFonts w:ascii="Times New Roman" w:hAnsi="Times New Roman" w:cs="B Nazanin"/>
          <w:sz w:val="26"/>
          <w:szCs w:val="28"/>
        </w:rPr>
        <w:t>.</w:t>
      </w:r>
    </w:p>
    <w:p w:rsidR="00AC03AC" w:rsidRDefault="00AC03AC" w:rsidP="00AC03AC">
      <w:pPr>
        <w:bidi/>
        <w:ind w:left="1170"/>
        <w:rPr>
          <w:rFonts w:ascii="Times New Roman" w:hAnsi="Times New Roman" w:cs="B Nazanin"/>
          <w:sz w:val="26"/>
          <w:szCs w:val="28"/>
          <w:rtl/>
        </w:rPr>
      </w:pPr>
      <w:r>
        <w:rPr>
          <w:rFonts w:ascii="Times New Roman" w:hAnsi="Times New Roman" w:cs="B Nazanin" w:hint="cs"/>
          <w:sz w:val="26"/>
          <w:szCs w:val="28"/>
          <w:rtl/>
        </w:rPr>
        <w:t>**ساده ترین راه: روی</w:t>
      </w:r>
      <w:r>
        <w:rPr>
          <w:rFonts w:ascii="Times New Roman" w:hAnsi="Times New Roman" w:cs="B Nazanin" w:hint="cs"/>
          <w:sz w:val="26"/>
          <w:szCs w:val="28"/>
          <w:rtl/>
          <w:lang w:bidi="fa-IR"/>
        </w:rPr>
        <w:t xml:space="preserve"> (معمولاً)</w:t>
      </w:r>
      <w:r>
        <w:rPr>
          <w:rFonts w:ascii="Times New Roman" w:hAnsi="Times New Roman" w:cs="B Nazanin" w:hint="cs"/>
          <w:sz w:val="26"/>
          <w:szCs w:val="28"/>
          <w:rtl/>
        </w:rPr>
        <w:t xml:space="preserve"> </w:t>
      </w:r>
      <w:r>
        <w:rPr>
          <w:rFonts w:ascii="Times New Roman" w:hAnsi="Times New Roman" w:cs="B Nazanin"/>
          <w:sz w:val="26"/>
          <w:szCs w:val="28"/>
        </w:rPr>
        <w:t>sheet1</w:t>
      </w:r>
      <w:r>
        <w:rPr>
          <w:rFonts w:ascii="Times New Roman" w:hAnsi="Times New Roman" w:cs="B Nazanin" w:hint="cs"/>
          <w:sz w:val="26"/>
          <w:szCs w:val="28"/>
          <w:rtl/>
        </w:rPr>
        <w:t xml:space="preserve"> (تصویر زیر) کلیک کنید:</w:t>
      </w:r>
    </w:p>
    <w:p w:rsidR="00AC03AC" w:rsidRDefault="00AC03AC" w:rsidP="00AC03AC">
      <w:pPr>
        <w:bidi/>
        <w:ind w:left="1170"/>
        <w:rPr>
          <w:rFonts w:ascii="Times New Roman" w:hAnsi="Times New Roman" w:cs="B Nazanin"/>
          <w:sz w:val="26"/>
          <w:szCs w:val="28"/>
        </w:rPr>
      </w:pPr>
      <w:bookmarkStart w:id="0" w:name="_GoBack"/>
      <w:bookmarkEnd w:id="0"/>
      <w:r>
        <w:rPr>
          <w:rFonts w:ascii="Times New Roman" w:hAnsi="Times New Roman" w:cs="B Nazanin"/>
          <w:noProof/>
          <w:sz w:val="26"/>
          <w:szCs w:val="28"/>
        </w:rPr>
        <w:drawing>
          <wp:inline distT="0" distB="0" distL="0" distR="0">
            <wp:extent cx="5454595" cy="3045350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30" b="25922"/>
                    <a:stretch/>
                  </pic:blipFill>
                  <pic:spPr bwMode="auto">
                    <a:xfrm>
                      <a:off x="0" y="0"/>
                      <a:ext cx="5454595" cy="304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C03AC" w:rsidRDefault="00AC03AC" w:rsidP="00AC03AC">
      <w:pPr>
        <w:bidi/>
        <w:ind w:left="1170"/>
        <w:rPr>
          <w:rFonts w:ascii="Times New Roman" w:hAnsi="Times New Roman" w:cs="B Nazanin"/>
          <w:sz w:val="26"/>
          <w:szCs w:val="28"/>
        </w:rPr>
      </w:pPr>
    </w:p>
    <w:p w:rsidR="00FD44B0" w:rsidRDefault="00FD44B0" w:rsidP="00FD44B0">
      <w:pPr>
        <w:bidi/>
        <w:ind w:left="1170"/>
        <w:rPr>
          <w:rFonts w:ascii="Times New Roman" w:hAnsi="Times New Roman" w:cs="B Nazanin"/>
          <w:sz w:val="26"/>
          <w:szCs w:val="28"/>
        </w:rPr>
      </w:pPr>
    </w:p>
    <w:p w:rsidR="00FD44B0" w:rsidRDefault="00FD44B0" w:rsidP="00FD44B0">
      <w:pPr>
        <w:rPr>
          <w:rFonts w:asciiTheme="majorBidi" w:hAnsiTheme="majorBidi" w:cstheme="majorBidi"/>
          <w:b/>
          <w:bCs/>
          <w:color w:val="0070C0"/>
          <w:sz w:val="26"/>
          <w:szCs w:val="26"/>
        </w:rPr>
      </w:pPr>
      <w:r w:rsidRPr="00FD44B0">
        <w:rPr>
          <w:rFonts w:asciiTheme="majorBidi" w:hAnsiTheme="majorBidi" w:cstheme="majorBidi"/>
          <w:b/>
          <w:bCs/>
          <w:color w:val="0070C0"/>
          <w:sz w:val="26"/>
          <w:szCs w:val="26"/>
        </w:rPr>
        <w:t>Activating Developer Mode and Viewing Codes in the Application</w:t>
      </w:r>
    </w:p>
    <w:p w:rsidR="00FD44B0" w:rsidRDefault="00FD44B0" w:rsidP="00FD44B0">
      <w:pPr>
        <w:rPr>
          <w:rFonts w:asciiTheme="majorBidi" w:hAnsiTheme="majorBidi" w:cstheme="majorBidi"/>
          <w:b/>
          <w:bCs/>
          <w:sz w:val="26"/>
          <w:szCs w:val="26"/>
        </w:rPr>
      </w:pPr>
      <w:r w:rsidRPr="00FD44B0">
        <w:rPr>
          <w:rFonts w:asciiTheme="majorBidi" w:hAnsiTheme="majorBidi" w:cstheme="majorBidi"/>
          <w:sz w:val="26"/>
          <w:szCs w:val="26"/>
        </w:rPr>
        <w:lastRenderedPageBreak/>
        <w:br/>
      </w:r>
      <w:r w:rsidRPr="00FD44B0">
        <w:rPr>
          <w:rFonts w:asciiTheme="majorBidi" w:hAnsiTheme="majorBidi" w:cstheme="majorBidi"/>
          <w:b/>
          <w:bCs/>
          <w:sz w:val="26"/>
          <w:szCs w:val="26"/>
        </w:rPr>
        <w:t>Step 1: Open the Application</w:t>
      </w:r>
      <w:r w:rsidRPr="00FD44B0">
        <w:rPr>
          <w:rFonts w:asciiTheme="majorBidi" w:hAnsiTheme="majorBidi" w:cstheme="majorBidi"/>
          <w:b/>
          <w:bCs/>
          <w:sz w:val="26"/>
          <w:szCs w:val="26"/>
        </w:rPr>
        <w:br/>
      </w:r>
      <w:r w:rsidRPr="00FD44B0">
        <w:rPr>
          <w:rFonts w:asciiTheme="majorBidi" w:hAnsiTheme="majorBidi" w:cstheme="majorBidi"/>
          <w:sz w:val="26"/>
          <w:szCs w:val="26"/>
        </w:rPr>
        <w:br/>
      </w:r>
      <w:r w:rsidRPr="00FD44B0">
        <w:rPr>
          <w:rFonts w:asciiTheme="majorBidi" w:hAnsiTheme="majorBidi" w:cstheme="majorBidi"/>
          <w:b/>
          <w:bCs/>
          <w:sz w:val="26"/>
          <w:szCs w:val="26"/>
        </w:rPr>
        <w:t>Step 2: Activate the Developer Tab</w:t>
      </w:r>
    </w:p>
    <w:p w:rsidR="00FD44B0" w:rsidRDefault="00FD44B0" w:rsidP="00FD44B0">
      <w:pPr>
        <w:ind w:left="1080"/>
        <w:rPr>
          <w:rFonts w:asciiTheme="majorBidi" w:hAnsiTheme="majorBidi" w:cstheme="majorBidi"/>
          <w:sz w:val="26"/>
          <w:szCs w:val="26"/>
        </w:rPr>
      </w:pPr>
      <w:r w:rsidRPr="00FD44B0">
        <w:rPr>
          <w:rFonts w:asciiTheme="majorBidi" w:hAnsiTheme="majorBidi" w:cstheme="majorBidi"/>
          <w:sz w:val="26"/>
          <w:szCs w:val="26"/>
        </w:rPr>
        <w:t>a) Click on File.</w:t>
      </w:r>
      <w:r w:rsidRPr="00FD44B0">
        <w:rPr>
          <w:rFonts w:asciiTheme="majorBidi" w:hAnsiTheme="majorBidi" w:cstheme="majorBidi"/>
          <w:sz w:val="26"/>
          <w:szCs w:val="26"/>
        </w:rPr>
        <w:br/>
        <w:t>b) Select Options.</w:t>
      </w:r>
      <w:r w:rsidRPr="00FD44B0">
        <w:rPr>
          <w:rFonts w:asciiTheme="majorBidi" w:hAnsiTheme="majorBidi" w:cstheme="majorBidi"/>
          <w:sz w:val="26"/>
          <w:szCs w:val="26"/>
        </w:rPr>
        <w:br/>
        <w:t>c) In the Excel Options window, click on Customize Ribbon.</w:t>
      </w:r>
      <w:r w:rsidRPr="00FD44B0">
        <w:rPr>
          <w:rFonts w:asciiTheme="majorBidi" w:hAnsiTheme="majorBidi" w:cstheme="majorBidi"/>
          <w:sz w:val="26"/>
          <w:szCs w:val="26"/>
        </w:rPr>
        <w:br/>
        <w:t>d) In the Main Tabs section, check the Developer option.</w:t>
      </w:r>
      <w:r w:rsidRPr="00FD44B0">
        <w:rPr>
          <w:rFonts w:asciiTheme="majorBidi" w:hAnsiTheme="majorBidi" w:cstheme="majorBidi"/>
          <w:sz w:val="26"/>
          <w:szCs w:val="26"/>
        </w:rPr>
        <w:br/>
        <w:t>e) Click OK.</w:t>
      </w:r>
    </w:p>
    <w:p w:rsidR="00FD44B0" w:rsidRDefault="00FD44B0" w:rsidP="00FD44B0">
      <w:pPr>
        <w:rPr>
          <w:rFonts w:asciiTheme="majorBidi" w:hAnsiTheme="majorBidi" w:cstheme="majorBidi"/>
          <w:b/>
          <w:bCs/>
          <w:sz w:val="26"/>
          <w:szCs w:val="26"/>
        </w:rPr>
      </w:pPr>
      <w:r w:rsidRPr="00FD44B0">
        <w:rPr>
          <w:rFonts w:asciiTheme="majorBidi" w:hAnsiTheme="majorBidi" w:cstheme="majorBidi"/>
          <w:sz w:val="26"/>
          <w:szCs w:val="26"/>
        </w:rPr>
        <w:br/>
      </w:r>
      <w:r w:rsidRPr="00FD44B0">
        <w:rPr>
          <w:rFonts w:asciiTheme="majorBidi" w:hAnsiTheme="majorBidi" w:cstheme="majorBidi"/>
          <w:b/>
          <w:bCs/>
          <w:sz w:val="26"/>
          <w:szCs w:val="26"/>
        </w:rPr>
        <w:t>Step 3: Enter Visual Basic</w:t>
      </w:r>
    </w:p>
    <w:p w:rsidR="00FD44B0" w:rsidRPr="00FD44B0" w:rsidRDefault="00FD44B0" w:rsidP="00FD44B0">
      <w:pPr>
        <w:ind w:left="360"/>
        <w:rPr>
          <w:rFonts w:asciiTheme="majorBidi" w:hAnsiTheme="majorBidi" w:cstheme="majorBidi"/>
          <w:b/>
          <w:bCs/>
          <w:i/>
          <w:iCs/>
          <w:sz w:val="26"/>
          <w:szCs w:val="26"/>
        </w:rPr>
      </w:pPr>
      <w:r w:rsidRPr="00FD44B0">
        <w:rPr>
          <w:rFonts w:asciiTheme="majorBidi" w:hAnsiTheme="majorBidi" w:cstheme="majorBidi"/>
          <w:b/>
          <w:bCs/>
          <w:i/>
          <w:iCs/>
          <w:sz w:val="26"/>
          <w:szCs w:val="26"/>
        </w:rPr>
        <w:t>Method 1:</w:t>
      </w:r>
    </w:p>
    <w:p w:rsidR="00FD44B0" w:rsidRDefault="00FD44B0" w:rsidP="00FD44B0">
      <w:pPr>
        <w:ind w:left="1080"/>
        <w:rPr>
          <w:rFonts w:asciiTheme="majorBidi" w:hAnsiTheme="majorBidi" w:cstheme="majorBidi"/>
          <w:sz w:val="26"/>
          <w:szCs w:val="26"/>
        </w:rPr>
      </w:pPr>
      <w:r w:rsidRPr="00FD44B0">
        <w:rPr>
          <w:rFonts w:asciiTheme="majorBidi" w:hAnsiTheme="majorBidi" w:cstheme="majorBidi"/>
          <w:sz w:val="26"/>
          <w:szCs w:val="26"/>
        </w:rPr>
        <w:br/>
        <w:t xml:space="preserve">a) Click on the Developer </w:t>
      </w:r>
      <w:proofErr w:type="gramStart"/>
      <w:r w:rsidRPr="00FD44B0">
        <w:rPr>
          <w:rFonts w:asciiTheme="majorBidi" w:hAnsiTheme="majorBidi" w:cstheme="majorBidi"/>
          <w:sz w:val="26"/>
          <w:szCs w:val="26"/>
        </w:rPr>
        <w:t>tab.</w:t>
      </w:r>
      <w:proofErr w:type="gramEnd"/>
      <w:r w:rsidRPr="00FD44B0">
        <w:rPr>
          <w:rFonts w:asciiTheme="majorBidi" w:hAnsiTheme="majorBidi" w:cstheme="majorBidi"/>
          <w:sz w:val="26"/>
          <w:szCs w:val="26"/>
        </w:rPr>
        <w:br/>
        <w:t>b) Select Visual Basic.</w:t>
      </w:r>
    </w:p>
    <w:p w:rsidR="00FD44B0" w:rsidRDefault="00FD44B0" w:rsidP="00FD44B0">
      <w:pPr>
        <w:ind w:left="360"/>
        <w:rPr>
          <w:rFonts w:asciiTheme="majorBidi" w:hAnsiTheme="majorBidi" w:cstheme="majorBidi"/>
          <w:b/>
          <w:bCs/>
          <w:i/>
          <w:iCs/>
          <w:sz w:val="26"/>
          <w:szCs w:val="26"/>
        </w:rPr>
      </w:pPr>
      <w:r w:rsidRPr="00FD44B0">
        <w:rPr>
          <w:rFonts w:asciiTheme="majorBidi" w:hAnsiTheme="majorBidi" w:cstheme="majorBidi"/>
          <w:b/>
          <w:bCs/>
          <w:i/>
          <w:iCs/>
          <w:sz w:val="26"/>
          <w:szCs w:val="26"/>
        </w:rPr>
        <w:t>Method 2:</w:t>
      </w:r>
    </w:p>
    <w:p w:rsidR="00FD44B0" w:rsidRDefault="00FD44B0" w:rsidP="00FD44B0">
      <w:pPr>
        <w:ind w:left="1170"/>
        <w:rPr>
          <w:rFonts w:asciiTheme="majorBidi" w:hAnsiTheme="majorBidi" w:cstheme="majorBidi"/>
          <w:sz w:val="26"/>
          <w:szCs w:val="26"/>
        </w:rPr>
      </w:pPr>
      <w:r w:rsidRPr="00FD44B0">
        <w:rPr>
          <w:rFonts w:asciiTheme="majorBidi" w:hAnsiTheme="majorBidi" w:cstheme="majorBidi"/>
          <w:sz w:val="26"/>
          <w:szCs w:val="26"/>
        </w:rPr>
        <w:t>Press the Alt + F11 keys simultaneously.</w:t>
      </w:r>
    </w:p>
    <w:p w:rsidR="00FD44B0" w:rsidRDefault="00FD44B0" w:rsidP="00FD44B0">
      <w:pPr>
        <w:ind w:left="-90"/>
        <w:rPr>
          <w:rFonts w:asciiTheme="majorBidi" w:hAnsiTheme="majorBidi" w:cstheme="majorBidi"/>
          <w:b/>
          <w:bCs/>
          <w:sz w:val="26"/>
          <w:szCs w:val="26"/>
        </w:rPr>
      </w:pPr>
    </w:p>
    <w:p w:rsidR="00FD44B0" w:rsidRDefault="00FD44B0" w:rsidP="00FD44B0">
      <w:pPr>
        <w:ind w:left="-90"/>
        <w:rPr>
          <w:rFonts w:asciiTheme="majorBidi" w:hAnsiTheme="majorBidi" w:cstheme="majorBidi"/>
          <w:b/>
          <w:bCs/>
          <w:sz w:val="26"/>
          <w:szCs w:val="26"/>
        </w:rPr>
      </w:pPr>
      <w:r w:rsidRPr="00FD44B0">
        <w:rPr>
          <w:rFonts w:asciiTheme="majorBidi" w:hAnsiTheme="majorBidi" w:cstheme="majorBidi"/>
          <w:b/>
          <w:bCs/>
          <w:sz w:val="26"/>
          <w:szCs w:val="26"/>
        </w:rPr>
        <w:t>Step 4: Access Microsoft Excel Objects</w:t>
      </w:r>
    </w:p>
    <w:p w:rsidR="00FD44B0" w:rsidRDefault="00FD44B0" w:rsidP="00FD44B0">
      <w:pPr>
        <w:ind w:left="1080"/>
        <w:rPr>
          <w:rFonts w:asciiTheme="majorBidi" w:hAnsiTheme="majorBidi" w:cstheme="majorBidi"/>
          <w:sz w:val="26"/>
          <w:szCs w:val="26"/>
        </w:rPr>
      </w:pPr>
      <w:r w:rsidRPr="00FD44B0">
        <w:rPr>
          <w:rFonts w:asciiTheme="majorBidi" w:hAnsiTheme="majorBidi" w:cstheme="majorBidi"/>
          <w:sz w:val="26"/>
          <w:szCs w:val="26"/>
        </w:rPr>
        <w:t>a) In the Visual Basic environment, locate the Project Explorer panel.</w:t>
      </w:r>
      <w:r w:rsidRPr="00FD44B0">
        <w:rPr>
          <w:rFonts w:asciiTheme="majorBidi" w:hAnsiTheme="majorBidi" w:cstheme="majorBidi"/>
          <w:sz w:val="26"/>
          <w:szCs w:val="26"/>
        </w:rPr>
        <w:br/>
        <w:t>b) If the panel is not visible, press Ctrl + R</w:t>
      </w:r>
      <w:proofErr w:type="gramStart"/>
      <w:r w:rsidRPr="00FD44B0">
        <w:rPr>
          <w:rFonts w:asciiTheme="majorBidi" w:hAnsiTheme="majorBidi" w:cstheme="majorBidi"/>
          <w:sz w:val="26"/>
          <w:szCs w:val="26"/>
        </w:rPr>
        <w:t>.</w:t>
      </w:r>
      <w:proofErr w:type="gramEnd"/>
      <w:r w:rsidRPr="00FD44B0">
        <w:rPr>
          <w:rFonts w:asciiTheme="majorBidi" w:hAnsiTheme="majorBidi" w:cstheme="majorBidi"/>
          <w:sz w:val="26"/>
          <w:szCs w:val="26"/>
        </w:rPr>
        <w:br/>
        <w:t>c) Click on the name of the Excel file.</w:t>
      </w:r>
      <w:r w:rsidRPr="00FD44B0">
        <w:rPr>
          <w:rFonts w:asciiTheme="majorBidi" w:hAnsiTheme="majorBidi" w:cstheme="majorBidi"/>
          <w:sz w:val="26"/>
          <w:szCs w:val="26"/>
        </w:rPr>
        <w:br/>
        <w:t>d) Expand the Microsoft Excel Objects section.</w:t>
      </w:r>
    </w:p>
    <w:p w:rsidR="00FD44B0" w:rsidRDefault="00FD44B0" w:rsidP="00FD44B0">
      <w:pPr>
        <w:rPr>
          <w:rFonts w:asciiTheme="majorBidi" w:hAnsiTheme="majorBidi" w:cstheme="majorBidi"/>
          <w:b/>
          <w:bCs/>
          <w:sz w:val="26"/>
          <w:szCs w:val="26"/>
        </w:rPr>
      </w:pPr>
      <w:r w:rsidRPr="00FD44B0">
        <w:rPr>
          <w:rFonts w:asciiTheme="majorBidi" w:hAnsiTheme="majorBidi" w:cstheme="majorBidi"/>
          <w:sz w:val="26"/>
          <w:szCs w:val="26"/>
        </w:rPr>
        <w:br/>
      </w:r>
      <w:r w:rsidRPr="00FD44B0">
        <w:rPr>
          <w:rFonts w:asciiTheme="majorBidi" w:hAnsiTheme="majorBidi" w:cstheme="majorBidi"/>
          <w:sz w:val="26"/>
          <w:szCs w:val="26"/>
        </w:rPr>
        <w:br/>
      </w:r>
      <w:r w:rsidRPr="00FD44B0">
        <w:rPr>
          <w:rFonts w:asciiTheme="majorBidi" w:hAnsiTheme="majorBidi" w:cstheme="majorBidi"/>
          <w:b/>
          <w:bCs/>
          <w:sz w:val="26"/>
          <w:szCs w:val="26"/>
        </w:rPr>
        <w:t>Step 5: View the Codes</w:t>
      </w:r>
    </w:p>
    <w:p w:rsidR="00FD44B0" w:rsidRPr="00FD44B0" w:rsidRDefault="00FD44B0" w:rsidP="00FD44B0">
      <w:pPr>
        <w:ind w:left="1080"/>
        <w:rPr>
          <w:rFonts w:asciiTheme="majorBidi" w:hAnsiTheme="majorBidi" w:cstheme="majorBidi"/>
          <w:sz w:val="26"/>
          <w:szCs w:val="26"/>
        </w:rPr>
      </w:pPr>
      <w:r w:rsidRPr="00FD44B0">
        <w:rPr>
          <w:rFonts w:asciiTheme="majorBidi" w:hAnsiTheme="majorBidi" w:cstheme="majorBidi"/>
          <w:sz w:val="26"/>
          <w:szCs w:val="26"/>
        </w:rPr>
        <w:br/>
        <w:t xml:space="preserve">a) Double-click on Sheet or </w:t>
      </w:r>
      <w:proofErr w:type="spellStart"/>
      <w:r w:rsidRPr="00FD44B0">
        <w:rPr>
          <w:rFonts w:asciiTheme="majorBidi" w:hAnsiTheme="majorBidi" w:cstheme="majorBidi"/>
          <w:sz w:val="26"/>
          <w:szCs w:val="26"/>
        </w:rPr>
        <w:t>ThisWorkbook</w:t>
      </w:r>
      <w:proofErr w:type="spellEnd"/>
      <w:r w:rsidRPr="00FD44B0">
        <w:rPr>
          <w:rFonts w:asciiTheme="majorBidi" w:hAnsiTheme="majorBidi" w:cstheme="majorBidi"/>
          <w:sz w:val="26"/>
          <w:szCs w:val="26"/>
        </w:rPr>
        <w:t>.</w:t>
      </w:r>
      <w:r w:rsidRPr="00FD44B0">
        <w:rPr>
          <w:rFonts w:asciiTheme="majorBidi" w:hAnsiTheme="majorBidi" w:cstheme="majorBidi"/>
          <w:sz w:val="26"/>
          <w:szCs w:val="26"/>
        </w:rPr>
        <w:br/>
        <w:t>b) The written codes will be displayed.</w:t>
      </w:r>
    </w:p>
    <w:p w:rsidR="00FD44B0" w:rsidRPr="00FD44B0" w:rsidRDefault="00FD44B0" w:rsidP="00FD44B0">
      <w:pPr>
        <w:bidi/>
        <w:ind w:left="1170"/>
        <w:rPr>
          <w:rFonts w:asciiTheme="majorBidi" w:hAnsiTheme="majorBidi" w:cstheme="majorBidi"/>
          <w:sz w:val="26"/>
          <w:szCs w:val="26"/>
        </w:rPr>
      </w:pPr>
    </w:p>
    <w:sectPr w:rsidR="00FD44B0" w:rsidRPr="00FD44B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665A9"/>
    <w:rsid w:val="00176036"/>
    <w:rsid w:val="0017766D"/>
    <w:rsid w:val="001A634D"/>
    <w:rsid w:val="00283B8B"/>
    <w:rsid w:val="0029639D"/>
    <w:rsid w:val="00296E01"/>
    <w:rsid w:val="002A09FD"/>
    <w:rsid w:val="00326F90"/>
    <w:rsid w:val="006E610A"/>
    <w:rsid w:val="00714A4A"/>
    <w:rsid w:val="007B609A"/>
    <w:rsid w:val="00AA1D8D"/>
    <w:rsid w:val="00AC03AC"/>
    <w:rsid w:val="00B1080A"/>
    <w:rsid w:val="00B47730"/>
    <w:rsid w:val="00C31C0A"/>
    <w:rsid w:val="00C61CEA"/>
    <w:rsid w:val="00CB0664"/>
    <w:rsid w:val="00FC693F"/>
    <w:rsid w:val="00FD44B0"/>
    <w:rsid w:val="00FF4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F16193"/>
  <w14:defaultImageDpi w14:val="300"/>
  <w15:docId w15:val="{7E34ED21-32D0-4415-92EE-11CFF689E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D7DF80D-9CE5-4E26-A673-B299781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Dr.Gholipoor</cp:lastModifiedBy>
  <cp:revision>10</cp:revision>
  <dcterms:created xsi:type="dcterms:W3CDTF">2025-12-31T06:33:00Z</dcterms:created>
  <dcterms:modified xsi:type="dcterms:W3CDTF">2025-12-31T07:56:00Z</dcterms:modified>
  <cp:category/>
</cp:coreProperties>
</file>